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צורת המספר למין שם העצם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בשני/שתי ואחד/אחת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היא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ארבעה,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לשימוש הנכון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(מתאים לילדים (זכר))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(מתאים לילדות (נקבה))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(בא לפני שם עצם בזכר)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שלושה ילדים שיחקו בחצר. שלוש ילדות קראו ספר. יש התאמה נכונה במין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עונה כמה, סודר עונה באיזה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אחד/אחת באים אחרי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'טריק ההפוך'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שני/שתי לאחד/אחת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מספרים בעברית משתנים לפי מין שם העצם. בדף הזה נתרגל מתי אומרים שלושה ומתי שלוש, מתי שני ומתי שתי, ואיך מתאימים גם את הסודר (ראשון/ראשונה) למין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שלושה  ·  שלוש  ·  שתי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צורה נכונה: ___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המספר שעונה על השאלה 'כמה?'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'ילדים' היא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בזכר המספר מ-3 עד 10 מסתיים לרוב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ספרים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מחברות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בובות (2, לפני שם העצם)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המספר לשימוש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מתאים לילדות (נקבה)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בא לפני שם עצם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מתאים לילדים (זכר)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עם מספר מונה - אחד על זכר ואחד על 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מונה וסודר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